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UTILIZĀCIJAS AKTS Nr. ________</w:t>
      </w:r>
    </w:p>
    <w:p>
      <w:pPr>
        <w:jc w:val="center"/>
      </w:pPr>
      <w:r>
        <w:t>Rīgā, 20___. gada ___. _______________</w:t>
      </w:r>
    </w:p>
    <w:p/>
    <w:p>
      <w:r>
        <w:rPr>
          <w:b/>
        </w:rPr>
        <w:t>Izsniedzējs:</w:t>
      </w:r>
    </w:p>
    <w:p>
      <w:r>
        <w:t>SIA “EmiKor”</w:t>
        <w:br/>
        <w:t>Reģ. Nr. 40103641939, PVN Nr. LV40103641939</w:t>
        <w:br/>
        <w:t>Rītausmas iela 4a, Rīga, LV-1058</w:t>
        <w:br/>
        <w:t>Atkritumu apsaimniekošanas atļauja Nr. RI20AA0010</w:t>
        <w:br/>
        <w:t>Tālr.: +371 273 03 838, e-pasts: info@ecollect.lv</w:t>
      </w:r>
    </w:p>
    <w:p>
      <w:r>
        <w:t>Objekts / adrese: ____________________________________________</w:t>
      </w:r>
    </w:p>
    <w:p>
      <w:r>
        <w:t>Materiālu piegādātājs (nosaukums, reģ. Nr.): ____________________________________________</w:t>
      </w:r>
    </w:p>
    <w:p>
      <w:r>
        <w:t>Materiāla nosaukums: ____________________________________________</w:t>
      </w:r>
    </w:p>
    <w:p>
      <w:r>
        <w:t>Atkritumu klase (kods): ____________________________________________</w:t>
      </w:r>
    </w:p>
    <w:p>
      <w:r>
        <w:t>Nodotais daudzums: ____________________________________________</w:t>
      </w:r>
    </w:p>
    <w:p>
      <w:r>
        <w:t>Pavadzīme Nr.: ____________________________________________</w:t>
      </w:r>
    </w:p>
    <w:p>
      <w:r>
        <w:t>Pavadzīmes datums: ____________________________________________</w:t>
      </w:r>
    </w:p>
    <w:p/>
    <w:p>
      <w:r>
        <w:t>Apliecinām, ka minētais materiālu daudzums ir saņemts un nodots pārstrādei atbilstoši Latvijas Republikas spēkā esošajai vides un atkritumu apsaimniekošanas likumdošanai. Materiālu utilizācija veikta drošā un videi draudzīgā veidā.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Nodeva:</w:t>
            </w:r>
          </w:p>
        </w:tc>
        <w:tc>
          <w:tcPr>
            <w:tcW w:type="dxa" w:w="4320"/>
          </w:tcPr>
          <w:p>
            <w:r>
              <w:t>Pieņēma:</w:t>
            </w:r>
          </w:p>
        </w:tc>
      </w:tr>
      <w:tr>
        <w:tc>
          <w:tcPr>
            <w:tcW w:type="dxa" w:w="4320"/>
          </w:tcPr>
          <w:p>
            <w:r>
              <w:br/>
              <w:t>______________________________</w:t>
              <w:br/>
              <w:t>(vārds, uzvārds, amats, paraksts)</w:t>
            </w:r>
          </w:p>
        </w:tc>
        <w:tc>
          <w:tcPr>
            <w:tcW w:type="dxa" w:w="4320"/>
          </w:tcPr>
          <w:p>
            <w:r>
              <w:br/>
              <w:t>______________________________</w:t>
              <w:br/>
              <w:t>(vārds, uzvārds, amats, paraksts)</w:t>
              <w:br/>
              <w:t>SIA “EmiKor”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